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40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i w:val="false"/>
          <w:color w:val="282828"/>
          <w:sz w:val="32"/>
          <w:szCs w:val="32"/>
        </w:rPr>
        <w:t>ODSTOUPENÍ OD SMLOUVY</w:t>
      </w:r>
    </w:p>
    <w:p>
      <w:pPr>
        <w:pStyle w:val="Normal"/>
        <w:spacing w:before="0" w:after="100"/>
        <w:jc w:val="center"/>
        <w:rPr>
          <w:i w:val="false"/>
          <w:i w:val="false"/>
          <w:iCs w:val="false"/>
        </w:rPr>
      </w:pPr>
      <w:r>
        <w:rPr>
          <w:rFonts w:ascii="Arial" w:hAnsi="Arial"/>
          <w:b/>
          <w:i w:val="false"/>
          <w:iCs w:val="false"/>
          <w:color w:val="000000"/>
        </w:rPr>
        <w:t>Vzorový formulář pro spotřebitele</w:t>
      </w:r>
    </w:p>
    <w:tbl>
      <w:tblPr>
        <w:tblW w:w="10166" w:type="dxa"/>
        <w:jc w:val="center"/>
        <w:tblInd w:w="0" w:type="dxa"/>
        <w:tblLayout w:type="fixed"/>
        <w:tblCellMar>
          <w:top w:w="115" w:type="dxa"/>
          <w:left w:w="150" w:type="dxa"/>
          <w:bottom w:w="115" w:type="dxa"/>
          <w:right w:w="150" w:type="dxa"/>
        </w:tblCellMar>
        <w:tblLook w:firstRow="1" w:noVBand="1" w:lastRow="0" w:firstColumn="1" w:lastColumn="0" w:noHBand="0" w:val="04a0"/>
      </w:tblPr>
      <w:tblGrid>
        <w:gridCol w:w="10166"/>
      </w:tblGrid>
      <w:tr>
        <w:trPr/>
        <w:tc>
          <w:tcPr>
            <w:tcW w:w="10166" w:type="dxa"/>
            <w:tcBorders/>
            <w:shd w:fill="F2F2F2"/>
            <w:vAlign w:val="center"/>
          </w:tcPr>
          <w:p>
            <w:pPr>
              <w:pStyle w:val="Normal"/>
              <w:spacing w:before="0" w:after="6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sz w:val="21"/>
                <w:szCs w:val="21"/>
              </w:rPr>
              <w:t>Prodávající / adresát odstoupení</w:t>
            </w:r>
          </w:p>
          <w:p>
            <w:pPr>
              <w:pStyle w:val="Normal"/>
              <w:spacing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 w:val="false"/>
                <w:i w:val="false"/>
                <w:sz w:val="21"/>
                <w:szCs w:val="21"/>
              </w:rPr>
              <w:t>Jiří Havlis</w:t>
            </w:r>
          </w:p>
          <w:p>
            <w:pPr>
              <w:pStyle w:val="Normal"/>
              <w:spacing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 w:val="false"/>
                <w:i w:val="false"/>
                <w:sz w:val="21"/>
                <w:szCs w:val="21"/>
              </w:rPr>
              <w:t>IČ: 638 79 549</w:t>
            </w:r>
          </w:p>
          <w:p>
            <w:pPr>
              <w:pStyle w:val="Normal"/>
              <w:spacing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 w:val="false"/>
                <w:i w:val="false"/>
                <w:sz w:val="21"/>
                <w:szCs w:val="21"/>
              </w:rPr>
              <w:t>Trocnovská 102, 373 12 Borovany</w:t>
            </w:r>
          </w:p>
          <w:p>
            <w:pPr>
              <w:pStyle w:val="Normal"/>
              <w:spacing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 w:val="false"/>
                <w:i w:val="false"/>
                <w:sz w:val="21"/>
                <w:szCs w:val="21"/>
              </w:rPr>
              <w:t>E-mail: papirovehelmy@gmail.com | Telefon: +420 777 888 903</w:t>
            </w:r>
          </w:p>
          <w:p>
            <w:pPr>
              <w:pStyle w:val="Normal"/>
              <w:spacing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 w:val="false"/>
                <w:i w:val="false"/>
                <w:sz w:val="21"/>
                <w:szCs w:val="21"/>
              </w:rPr>
              <w:t>Web: www.drevenemece.cz</w:t>
            </w:r>
          </w:p>
        </w:tc>
      </w:tr>
    </w:tbl>
    <w:p>
      <w:pPr>
        <w:pStyle w:val="Normal"/>
        <w:spacing w:before="140" w:after="100"/>
        <w:rPr>
          <w:rFonts w:ascii="Arial" w:hAnsi="Arial"/>
          <w:sz w:val="21"/>
          <w:szCs w:val="21"/>
        </w:rPr>
      </w:pPr>
      <w:r>
        <w:rPr>
          <w:rFonts w:ascii="Arial" w:hAnsi="Arial"/>
          <w:b w:val="false"/>
          <w:i w:val="false"/>
          <w:color w:val="464646"/>
          <w:sz w:val="21"/>
          <w:szCs w:val="21"/>
        </w:rPr>
        <w:t>Vyplňte tento formulář a odešlete jej prodávajícímu pouze v případě, že chcete odstoupit od smlouvy. Použití tohoto vzorového formuláře není povinné; odstoupit lze i jiným jednoznačným prohlášením.</w:t>
      </w:r>
    </w:p>
    <w:p>
      <w:pPr>
        <w:pStyle w:val="Normal"/>
        <w:spacing w:before="60" w:after="80"/>
        <w:rPr>
          <w:rFonts w:ascii="Arial" w:hAnsi="Arial"/>
          <w:sz w:val="21"/>
          <w:szCs w:val="21"/>
        </w:rPr>
      </w:pPr>
      <w:r>
        <w:rPr>
          <w:rFonts w:ascii="Arial" w:hAnsi="Arial"/>
          <w:b/>
          <w:i w:val="false"/>
          <w:sz w:val="21"/>
          <w:szCs w:val="21"/>
        </w:rPr>
        <w:t>Prohlášení o odstoupení</w:t>
      </w:r>
    </w:p>
    <w:p>
      <w:pPr>
        <w:pStyle w:val="Normal"/>
        <w:spacing w:before="0" w:after="100"/>
        <w:rPr>
          <w:rFonts w:ascii="Arial" w:hAnsi="Arial"/>
          <w:sz w:val="21"/>
          <w:szCs w:val="21"/>
        </w:rPr>
      </w:pPr>
      <w:r>
        <w:rPr>
          <w:rFonts w:ascii="Arial" w:hAnsi="Arial"/>
          <w:b w:val="false"/>
          <w:i w:val="false"/>
          <w:sz w:val="21"/>
          <w:szCs w:val="21"/>
        </w:rPr>
        <w:t>Oznamuji / oznamujeme, že tímto odstupuji / odstupujeme od smlouvy o koupi níže uvedeného zboží:</w:t>
      </w:r>
    </w:p>
    <w:tbl>
      <w:tblPr>
        <w:tblW w:w="10166" w:type="dxa"/>
        <w:jc w:val="center"/>
        <w:tblInd w:w="0" w:type="dxa"/>
        <w:tblLayout w:type="fixed"/>
        <w:tblCellMar>
          <w:top w:w="90" w:type="dxa"/>
          <w:left w:w="115" w:type="dxa"/>
          <w:bottom w:w="90" w:type="dxa"/>
          <w:right w:w="115" w:type="dxa"/>
        </w:tblCellMar>
        <w:tblLook w:firstRow="1" w:noVBand="1" w:lastRow="0" w:firstColumn="1" w:lastColumn="0" w:noHBand="0" w:val="04a0"/>
      </w:tblPr>
      <w:tblGrid>
        <w:gridCol w:w="5083"/>
        <w:gridCol w:w="5082"/>
      </w:tblGrid>
      <w:tr>
        <w:trPr/>
        <w:tc>
          <w:tcPr>
            <w:tcW w:w="5083" w:type="dxa"/>
            <w:tcBorders/>
            <w:shd w:fill="F7F7F7"/>
            <w:vAlign w:val="center"/>
          </w:tcPr>
          <w:p>
            <w:pPr>
              <w:pStyle w:val="Normal"/>
              <w:spacing w:before="0" w:after="8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sz w:val="21"/>
                <w:szCs w:val="21"/>
              </w:rPr>
              <w:t>Název / označení zboží</w:t>
            </w:r>
          </w:p>
        </w:tc>
        <w:tc>
          <w:tcPr>
            <w:tcW w:w="5082" w:type="dxa"/>
            <w:tcBorders/>
            <w:vAlign w:val="center"/>
          </w:tcPr>
          <w:p>
            <w:pPr>
              <w:pStyle w:val="Normal"/>
              <w:spacing w:before="0" w:after="8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 w:val="false"/>
                <w:i w:val="false"/>
                <w:color w:val="7D7D7D"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b w:val="false"/>
                <w:i w:val="false"/>
                <w:color w:val="7D7D7D"/>
                <w:sz w:val="21"/>
                <w:szCs w:val="21"/>
              </w:rPr>
              <w:t>_________________________________________</w:t>
            </w:r>
          </w:p>
        </w:tc>
      </w:tr>
      <w:tr>
        <w:trPr/>
        <w:tc>
          <w:tcPr>
            <w:tcW w:w="5083" w:type="dxa"/>
            <w:tcBorders/>
            <w:shd w:fill="F7F7F7"/>
            <w:vAlign w:val="center"/>
          </w:tcPr>
          <w:p>
            <w:pPr>
              <w:pStyle w:val="Normal"/>
              <w:spacing w:before="0" w:after="8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sz w:val="21"/>
                <w:szCs w:val="21"/>
              </w:rPr>
              <w:t>Číslo objednávky (je-li k dispozici)</w:t>
            </w:r>
          </w:p>
        </w:tc>
        <w:tc>
          <w:tcPr>
            <w:tcW w:w="5082" w:type="dxa"/>
            <w:tcBorders/>
            <w:vAlign w:val="center"/>
          </w:tcPr>
          <w:p>
            <w:pPr>
              <w:pStyle w:val="Normal"/>
              <w:spacing w:before="0" w:after="8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 w:val="false"/>
                <w:i w:val="false"/>
                <w:color w:val="7D7D7D"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b w:val="false"/>
                <w:i w:val="false"/>
                <w:color w:val="7D7D7D"/>
                <w:sz w:val="21"/>
                <w:szCs w:val="21"/>
              </w:rPr>
              <w:t>_________________________________________</w:t>
            </w:r>
          </w:p>
        </w:tc>
      </w:tr>
      <w:tr>
        <w:trPr/>
        <w:tc>
          <w:tcPr>
            <w:tcW w:w="5083" w:type="dxa"/>
            <w:tcBorders/>
            <w:shd w:fill="F7F7F7"/>
            <w:vAlign w:val="center"/>
          </w:tcPr>
          <w:p>
            <w:pPr>
              <w:pStyle w:val="Normal"/>
              <w:spacing w:before="0" w:after="8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sz w:val="21"/>
                <w:szCs w:val="21"/>
              </w:rPr>
              <w:t>Datum objednání</w:t>
            </w:r>
          </w:p>
        </w:tc>
        <w:tc>
          <w:tcPr>
            <w:tcW w:w="5082" w:type="dxa"/>
            <w:tcBorders/>
            <w:vAlign w:val="center"/>
          </w:tcPr>
          <w:p>
            <w:pPr>
              <w:pStyle w:val="Normal"/>
              <w:spacing w:before="0" w:after="8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 w:val="false"/>
                <w:i w:val="false"/>
                <w:color w:val="7D7D7D"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b w:val="false"/>
                <w:i w:val="false"/>
                <w:color w:val="7D7D7D"/>
                <w:sz w:val="21"/>
                <w:szCs w:val="21"/>
              </w:rPr>
              <w:t>_________________________________________</w:t>
            </w:r>
          </w:p>
        </w:tc>
      </w:tr>
      <w:tr>
        <w:trPr/>
        <w:tc>
          <w:tcPr>
            <w:tcW w:w="5083" w:type="dxa"/>
            <w:tcBorders/>
            <w:shd w:fill="F7F7F7"/>
            <w:vAlign w:val="center"/>
          </w:tcPr>
          <w:p>
            <w:pPr>
              <w:pStyle w:val="Normal"/>
              <w:spacing w:before="0" w:after="8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sz w:val="21"/>
                <w:szCs w:val="21"/>
              </w:rPr>
              <w:t>Datum obdržení zboží</w:t>
            </w:r>
          </w:p>
        </w:tc>
        <w:tc>
          <w:tcPr>
            <w:tcW w:w="5082" w:type="dxa"/>
            <w:tcBorders/>
            <w:vAlign w:val="center"/>
          </w:tcPr>
          <w:p>
            <w:pPr>
              <w:pStyle w:val="Normal"/>
              <w:spacing w:before="0" w:after="8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 w:val="false"/>
                <w:i w:val="false"/>
                <w:color w:val="7D7D7D"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b w:val="false"/>
                <w:i w:val="false"/>
                <w:color w:val="7D7D7D"/>
                <w:sz w:val="21"/>
                <w:szCs w:val="21"/>
              </w:rPr>
              <w:t>_________________________________________</w:t>
            </w:r>
          </w:p>
        </w:tc>
      </w:tr>
      <w:tr>
        <w:trPr/>
        <w:tc>
          <w:tcPr>
            <w:tcW w:w="5083" w:type="dxa"/>
            <w:tcBorders/>
            <w:shd w:fill="F7F7F7"/>
            <w:vAlign w:val="center"/>
          </w:tcPr>
          <w:p>
            <w:pPr>
              <w:pStyle w:val="Normal"/>
              <w:spacing w:before="0" w:after="8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sz w:val="21"/>
                <w:szCs w:val="21"/>
              </w:rPr>
              <w:t>Jméno a příjmení spotřebitele</w:t>
            </w:r>
          </w:p>
        </w:tc>
        <w:tc>
          <w:tcPr>
            <w:tcW w:w="5082" w:type="dxa"/>
            <w:tcBorders/>
            <w:vAlign w:val="center"/>
          </w:tcPr>
          <w:p>
            <w:pPr>
              <w:pStyle w:val="Normal"/>
              <w:spacing w:before="0" w:after="8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 w:val="false"/>
                <w:i w:val="false"/>
                <w:color w:val="7D7D7D"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b w:val="false"/>
                <w:i w:val="false"/>
                <w:color w:val="7D7D7D"/>
                <w:sz w:val="21"/>
                <w:szCs w:val="21"/>
              </w:rPr>
              <w:t>_________________________________________</w:t>
            </w:r>
          </w:p>
        </w:tc>
      </w:tr>
      <w:tr>
        <w:trPr/>
        <w:tc>
          <w:tcPr>
            <w:tcW w:w="5083" w:type="dxa"/>
            <w:tcBorders/>
            <w:shd w:fill="F7F7F7"/>
            <w:vAlign w:val="center"/>
          </w:tcPr>
          <w:p>
            <w:pPr>
              <w:pStyle w:val="Normal"/>
              <w:spacing w:before="0" w:after="8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sz w:val="21"/>
                <w:szCs w:val="21"/>
              </w:rPr>
              <w:t>Adresa spotřebitele</w:t>
            </w:r>
          </w:p>
        </w:tc>
        <w:tc>
          <w:tcPr>
            <w:tcW w:w="5082" w:type="dxa"/>
            <w:tcBorders/>
            <w:vAlign w:val="center"/>
          </w:tcPr>
          <w:p>
            <w:pPr>
              <w:pStyle w:val="Normal"/>
              <w:spacing w:before="0" w:after="8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 w:val="false"/>
                <w:i w:val="false"/>
                <w:color w:val="7D7D7D"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b w:val="false"/>
                <w:i w:val="false"/>
                <w:color w:val="7D7D7D"/>
                <w:sz w:val="21"/>
                <w:szCs w:val="21"/>
              </w:rPr>
              <w:t>_________________________________________</w:t>
            </w:r>
          </w:p>
        </w:tc>
      </w:tr>
      <w:tr>
        <w:trPr/>
        <w:tc>
          <w:tcPr>
            <w:tcW w:w="5083" w:type="dxa"/>
            <w:tcBorders/>
            <w:shd w:fill="F7F7F7"/>
            <w:vAlign w:val="center"/>
          </w:tcPr>
          <w:p>
            <w:pPr>
              <w:pStyle w:val="Normal"/>
              <w:spacing w:before="0" w:after="8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sz w:val="21"/>
                <w:szCs w:val="21"/>
              </w:rPr>
              <w:t>E-mail / telefon (volitelné)</w:t>
            </w:r>
          </w:p>
        </w:tc>
        <w:tc>
          <w:tcPr>
            <w:tcW w:w="5082" w:type="dxa"/>
            <w:tcBorders/>
            <w:vAlign w:val="center"/>
          </w:tcPr>
          <w:p>
            <w:pPr>
              <w:pStyle w:val="Normal"/>
              <w:spacing w:before="0" w:after="8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 w:val="false"/>
                <w:i w:val="false"/>
                <w:color w:val="7D7D7D"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b w:val="false"/>
                <w:i w:val="false"/>
                <w:color w:val="7D7D7D"/>
                <w:sz w:val="21"/>
                <w:szCs w:val="21"/>
              </w:rPr>
              <w:t>_________________________________________</w:t>
            </w:r>
          </w:p>
        </w:tc>
      </w:tr>
    </w:tbl>
    <w:p>
      <w:pPr>
        <w:pStyle w:val="Normal"/>
        <w:spacing w:before="160" w:after="60"/>
        <w:rPr>
          <w:rFonts w:ascii="Arial" w:hAnsi="Arial"/>
          <w:sz w:val="21"/>
          <w:szCs w:val="21"/>
        </w:rPr>
      </w:pPr>
      <w:r>
        <w:rPr>
          <w:rFonts w:ascii="Arial" w:hAnsi="Arial"/>
          <w:b w:val="false"/>
          <w:i w:val="false"/>
          <w:sz w:val="21"/>
          <w:szCs w:val="21"/>
        </w:rPr>
        <w:t>Datum:  ____________________________________</w:t>
      </w:r>
    </w:p>
    <w:p>
      <w:pPr>
        <w:pStyle w:val="Normal"/>
        <w:spacing w:before="0" w:after="140"/>
        <w:rPr>
          <w:rFonts w:ascii="Arial" w:hAnsi="Arial"/>
          <w:sz w:val="21"/>
          <w:szCs w:val="21"/>
        </w:rPr>
      </w:pPr>
      <w:r>
        <w:rPr>
          <w:rFonts w:ascii="Arial" w:hAnsi="Arial"/>
          <w:b w:val="false"/>
          <w:i w:val="false"/>
          <w:sz w:val="21"/>
          <w:szCs w:val="21"/>
        </w:rPr>
        <w:t>Podpis spotřebitele:  ____________________________________</w:t>
      </w:r>
      <w:r>
        <w:rPr>
          <w:rFonts w:ascii="Arial" w:hAnsi="Arial"/>
          <w:b w:val="false"/>
          <w:i/>
          <w:color w:val="646464"/>
          <w:sz w:val="21"/>
          <w:szCs w:val="21"/>
        </w:rPr>
        <w:t xml:space="preserve">   </w:t>
        <w:br/>
        <w:t>(pouze pokud je formulář zasílán v listinné podobě)</w:t>
      </w:r>
    </w:p>
    <w:tbl>
      <w:tblPr>
        <w:tblW w:w="10166" w:type="dxa"/>
        <w:jc w:val="center"/>
        <w:tblInd w:w="0" w:type="dxa"/>
        <w:tblLayout w:type="fixed"/>
        <w:tblCellMar>
          <w:top w:w="100" w:type="dxa"/>
          <w:left w:w="140" w:type="dxa"/>
          <w:bottom w:w="100" w:type="dxa"/>
          <w:right w:w="140" w:type="dxa"/>
        </w:tblCellMar>
        <w:tblLook w:firstRow="1" w:noVBand="1" w:lastRow="0" w:firstColumn="1" w:lastColumn="0" w:noHBand="0" w:val="04a0"/>
      </w:tblPr>
      <w:tblGrid>
        <w:gridCol w:w="10166"/>
      </w:tblGrid>
      <w:tr>
        <w:trPr/>
        <w:tc>
          <w:tcPr>
            <w:tcW w:w="10166" w:type="dxa"/>
            <w:tcBorders/>
            <w:shd w:fill="FAFAFA"/>
          </w:tcPr>
          <w:p>
            <w:pPr>
              <w:pStyle w:val="Normal"/>
              <w:spacing w:before="0" w:after="8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i w:val="false"/>
                <w:sz w:val="21"/>
                <w:szCs w:val="21"/>
              </w:rPr>
              <w:t xml:space="preserve">Poznámka: </w:t>
            </w:r>
            <w:r>
              <w:rPr>
                <w:rFonts w:ascii="Arial" w:hAnsi="Arial"/>
                <w:b w:val="false"/>
                <w:i w:val="false"/>
                <w:color w:val="414141"/>
                <w:sz w:val="21"/>
                <w:szCs w:val="21"/>
              </w:rPr>
              <w:t>Důvod odstoupení nemusíte uvádět. Tento formulář je určen pro případy, kdy spotřebiteli právo na odstoupení podle právních předpisů náleží. Výjimky z práva na odstoupení, například u zboží vyrobeného podle konkrétních požadavků spotřebitele nebo přizpůsobeného jeho osobním potřebám, se posuzují podle zákona a konkrétní povahy objednávky.</w:t>
            </w:r>
          </w:p>
        </w:tc>
      </w:tr>
    </w:tbl>
    <w:p>
      <w:pPr>
        <w:pStyle w:val="Normal"/>
        <w:spacing w:before="100" w:after="80"/>
        <w:jc w:val="center"/>
        <w:rPr>
          <w:b w:val="false"/>
          <w:i/>
          <w:i/>
          <w:color w:val="737373"/>
        </w:rPr>
      </w:pPr>
      <w:r>
        <w:rPr>
          <w:rFonts w:ascii="Arial" w:hAnsi="Arial"/>
          <w:sz w:val="21"/>
          <w:szCs w:val="21"/>
        </w:rPr>
      </w:r>
    </w:p>
    <w:sectPr>
      <w:footerReference w:type="even" r:id="rId2"/>
      <w:footerReference w:type="default" r:id="rId3"/>
      <w:footerReference w:type="first" r:id="rId4"/>
      <w:type w:val="nextPage"/>
      <w:pgSz w:w="12240" w:h="15840"/>
      <w:pgMar w:left="1037" w:right="1037" w:gutter="0" w:header="0" w:top="835" w:footer="720" w:bottom="79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Aptos">
    <w:charset w:val="ee"/>
    <w:family w:val="roman"/>
    <w:pitch w:val="variable"/>
  </w:font>
  <w:font w:name="Calibri">
    <w:charset w:val="ee"/>
    <w:family w:val="roman"/>
    <w:pitch w:val="variable"/>
  </w:font>
  <w:font w:name="Courier">
    <w:altName w:val="Courier New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01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Aptos" w:hAnsi="Aptos"/>
        <w:b w:val="false"/>
        <w:i w:val="false"/>
        <w:i w:val="false"/>
        <w:color w:val="6E6E6E"/>
        <w:sz w:val="16"/>
      </w:rPr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Aptos" w:hAnsi="Aptos"/>
        <w:b w:val="false"/>
        <w:i w:val="false"/>
        <w:i w:val="false"/>
        <w:color w:val="6E6E6E"/>
        <w:sz w:val="16"/>
      </w:rPr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59" w:before="0" w:after="80"/>
      <w:jc w:val="left"/>
    </w:pPr>
    <w:rPr>
      <w:rFonts w:ascii="Aptos" w:hAnsi="Aptos" w:eastAsia="ＭＳ 明朝" w:cs="" w:cstheme="minorBidi" w:eastAsiaTheme="minorEastAsia"/>
      <w:color w:val="auto"/>
      <w:kern w:val="0"/>
      <w:sz w:val="21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8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8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8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8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8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8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8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8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8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8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dpis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LibreOffice/24.2.5.2$Windows_X86_64 LibreOffice_project/bffef4ea93e59bebbeaf7f431bb02b1a39ee8a59</Application>
  <AppVersion>15.0000</AppVersion>
  <Pages>1</Pages>
  <Words>167</Words>
  <Characters>1358</Characters>
  <CharactersWithSpaces>1509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cs-CZ</dc:language>
  <cp:lastModifiedBy/>
  <dcterms:modified xsi:type="dcterms:W3CDTF">2026-08-17T21:45:47Z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